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4DAF40" w14:textId="359E8031" w:rsidR="003E729A" w:rsidRPr="008445E7" w:rsidRDefault="003E729A" w:rsidP="003E729A">
      <w:pPr>
        <w:pStyle w:val="Balk1"/>
        <w:jc w:val="center"/>
        <w:rPr>
          <w:rFonts w:ascii="Avenir Next LT Pro" w:eastAsiaTheme="minorEastAsia" w:hAnsi="Avenir Next LT Pro" w:cstheme="minorHAnsi"/>
          <w:bCs w:val="0"/>
          <w:color w:val="000066"/>
          <w:lang w:val="tr-TR"/>
        </w:rPr>
      </w:pPr>
      <w:proofErr w:type="gramStart"/>
      <w:r w:rsidRPr="008445E7">
        <w:rPr>
          <w:rFonts w:ascii="Avenir Next LT Pro" w:eastAsiaTheme="minorEastAsia" w:hAnsi="Avenir Next LT Pro" w:cstheme="minorHAnsi"/>
          <w:bCs w:val="0"/>
          <w:color w:val="000066"/>
          <w:lang w:val="tr-TR"/>
        </w:rPr>
        <w:t>EDUCONGRESS  POSTER</w:t>
      </w:r>
      <w:proofErr w:type="gramEnd"/>
      <w:r w:rsidRPr="008445E7">
        <w:rPr>
          <w:rFonts w:ascii="Avenir Next LT Pro" w:eastAsiaTheme="minorEastAsia" w:hAnsi="Avenir Next LT Pro" w:cstheme="minorHAnsi"/>
          <w:bCs w:val="0"/>
          <w:color w:val="000066"/>
          <w:lang w:val="tr-TR"/>
        </w:rPr>
        <w:t xml:space="preserve"> </w:t>
      </w:r>
      <w:r>
        <w:rPr>
          <w:rFonts w:ascii="Avenir Next LT Pro" w:eastAsiaTheme="minorEastAsia" w:hAnsi="Avenir Next LT Pro" w:cstheme="minorHAnsi"/>
          <w:bCs w:val="0"/>
          <w:color w:val="000066"/>
          <w:lang w:val="tr-TR"/>
        </w:rPr>
        <w:t>PRESENTATION</w:t>
      </w:r>
      <w:r w:rsidRPr="008445E7">
        <w:rPr>
          <w:rFonts w:ascii="Avenir Next LT Pro" w:eastAsiaTheme="minorEastAsia" w:hAnsi="Avenir Next LT Pro" w:cstheme="minorHAnsi"/>
          <w:bCs w:val="0"/>
          <w:color w:val="000066"/>
          <w:lang w:val="tr-TR"/>
        </w:rPr>
        <w:t xml:space="preserve"> FORMAT </w:t>
      </w:r>
      <w:r>
        <w:rPr>
          <w:rFonts w:ascii="Avenir Next LT Pro" w:eastAsiaTheme="minorEastAsia" w:hAnsi="Avenir Next LT Pro" w:cstheme="minorHAnsi"/>
          <w:bCs w:val="0"/>
          <w:color w:val="000066"/>
          <w:lang w:val="tr-TR"/>
        </w:rPr>
        <w:t>TEMPLATE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954"/>
        <w:gridCol w:w="337"/>
        <w:gridCol w:w="4339"/>
      </w:tblGrid>
      <w:tr w:rsidR="00E36ED3" w:rsidRPr="008445E7" w14:paraId="53D290A8" w14:textId="77777777" w:rsidTr="0052099E">
        <w:tc>
          <w:tcPr>
            <w:tcW w:w="8630" w:type="dxa"/>
            <w:gridSpan w:val="3"/>
          </w:tcPr>
          <w:p w14:paraId="7349085B" w14:textId="189C1062" w:rsidR="00E36ED3" w:rsidRPr="008445E7" w:rsidRDefault="00E36ED3" w:rsidP="00915FA3">
            <w:pPr>
              <w:jc w:val="center"/>
              <w:rPr>
                <w:rFonts w:ascii="Avenir Next LT Pro" w:hAnsi="Avenir Next LT Pro" w:cstheme="minorHAnsi"/>
                <w:bCs/>
                <w:color w:val="000066"/>
                <w:lang w:val="tr-TR"/>
              </w:rPr>
            </w:pPr>
            <w:r w:rsidRPr="008445E7">
              <w:rPr>
                <w:rFonts w:ascii="Avenir Next LT Pro" w:hAnsi="Avenir Next LT Pro" w:cstheme="minorHAnsi"/>
                <w:b/>
                <w:color w:val="000066"/>
                <w:lang w:val="tr-TR"/>
              </w:rPr>
              <w:t xml:space="preserve">1. Title </w:t>
            </w:r>
            <w:r w:rsidRPr="008445E7">
              <w:rPr>
                <w:rFonts w:ascii="Avenir Next LT Pro" w:hAnsi="Avenir Next LT Pro" w:cstheme="minorHAnsi"/>
                <w:bCs/>
                <w:color w:val="000066"/>
                <w:lang w:val="tr-TR"/>
              </w:rPr>
              <w:br/>
            </w:r>
            <w:r w:rsidRPr="00E36ED3">
              <w:rPr>
                <w:rFonts w:ascii="Avenir Next LT Pro" w:hAnsi="Avenir Next LT Pro" w:cstheme="minorHAnsi"/>
                <w:bCs/>
                <w:color w:val="000066"/>
                <w:lang w:val="tr-TR"/>
              </w:rPr>
              <w:t>Write the full title of your study clearly, concisely, and in an engaging way.</w:t>
            </w:r>
          </w:p>
        </w:tc>
      </w:tr>
      <w:tr w:rsidR="00E36ED3" w:rsidRPr="008445E7" w14:paraId="50C2037A" w14:textId="77777777" w:rsidTr="0052099E">
        <w:tc>
          <w:tcPr>
            <w:tcW w:w="8630" w:type="dxa"/>
            <w:gridSpan w:val="3"/>
            <w:tcBorders>
              <w:bottom w:val="single" w:sz="4" w:space="0" w:color="auto"/>
            </w:tcBorders>
          </w:tcPr>
          <w:p w14:paraId="500451C6" w14:textId="00BF646A" w:rsidR="00E36ED3" w:rsidRPr="008445E7" w:rsidRDefault="00E36ED3" w:rsidP="00915FA3">
            <w:pPr>
              <w:jc w:val="center"/>
              <w:rPr>
                <w:rFonts w:ascii="Avenir Next LT Pro" w:hAnsi="Avenir Next LT Pro" w:cstheme="minorHAnsi"/>
                <w:bCs/>
                <w:color w:val="000066"/>
                <w:lang w:val="tr-TR"/>
              </w:rPr>
            </w:pPr>
            <w:r w:rsidRPr="008445E7">
              <w:rPr>
                <w:rFonts w:ascii="Avenir Next LT Pro" w:hAnsi="Avenir Next LT Pro" w:cstheme="minorHAnsi"/>
                <w:b/>
                <w:color w:val="000066"/>
                <w:lang w:val="tr-TR"/>
              </w:rPr>
              <w:t xml:space="preserve">2. Authors and Institution </w:t>
            </w:r>
            <w:r w:rsidRPr="008445E7">
              <w:rPr>
                <w:rFonts w:ascii="Avenir Next LT Pro" w:hAnsi="Avenir Next LT Pro" w:cstheme="minorHAnsi"/>
                <w:bCs/>
                <w:color w:val="000066"/>
                <w:lang w:val="tr-TR"/>
              </w:rPr>
              <w:br/>
            </w:r>
            <w:r w:rsidRPr="00E36ED3">
              <w:rPr>
                <w:rFonts w:ascii="Avenir Next LT Pro" w:hAnsi="Avenir Next LT Pro" w:cstheme="minorHAnsi"/>
                <w:bCs/>
                <w:color w:val="000066"/>
                <w:lang w:val="tr-TR"/>
              </w:rPr>
              <w:t>Indicate the full names and institutional affiliations of all authors.</w:t>
            </w:r>
          </w:p>
        </w:tc>
      </w:tr>
      <w:tr w:rsidR="0052099E" w:rsidRPr="008445E7" w14:paraId="2379BEAB" w14:textId="77777777" w:rsidTr="0052099E">
        <w:tc>
          <w:tcPr>
            <w:tcW w:w="424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3E0C4466" w14:textId="57397B06" w:rsidR="00E36ED3" w:rsidRPr="008445E7" w:rsidRDefault="00E36ED3" w:rsidP="00915FA3">
            <w:pPr>
              <w:rPr>
                <w:rFonts w:ascii="Avenir Next LT Pro" w:hAnsi="Avenir Next LT Pro" w:cstheme="minorHAnsi"/>
                <w:bCs/>
                <w:color w:val="000066"/>
                <w:lang w:val="tr-TR"/>
              </w:rPr>
            </w:pPr>
            <w:r w:rsidRPr="00E36ED3">
              <w:rPr>
                <w:rFonts w:ascii="Avenir Next LT Pro" w:hAnsi="Avenir Next LT Pro" w:cstheme="minorHAnsi"/>
                <w:b/>
                <w:color w:val="000066"/>
                <w:lang w:val="tr-TR"/>
              </w:rPr>
              <w:t>3.</w:t>
            </w:r>
            <w:r w:rsidRPr="008445E7">
              <w:rPr>
                <w:rFonts w:ascii="Avenir Next LT Pro" w:hAnsi="Avenir Next LT Pro" w:cstheme="minorHAnsi"/>
                <w:b/>
                <w:color w:val="000066"/>
                <w:lang w:val="tr-TR"/>
              </w:rPr>
              <w:t xml:space="preserve"> Introduction </w:t>
            </w:r>
            <w:r w:rsidRPr="008445E7">
              <w:rPr>
                <w:rFonts w:ascii="Avenir Next LT Pro" w:hAnsi="Avenir Next LT Pro" w:cstheme="minorHAnsi"/>
                <w:b/>
                <w:color w:val="000066"/>
                <w:lang w:val="tr-TR"/>
              </w:rPr>
              <w:br/>
            </w:r>
            <w:r w:rsidRPr="00E36ED3">
              <w:rPr>
                <w:rFonts w:ascii="Avenir Next LT Pro" w:hAnsi="Avenir Next LT Pro" w:cstheme="minorHAnsi"/>
                <w:bCs/>
                <w:color w:val="000066"/>
                <w:lang w:val="tr-TR"/>
              </w:rPr>
              <w:t>Write a short paragraph summarizing the main purpose, significance, and context of your research.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40272235" w14:textId="77777777" w:rsidR="00E36ED3" w:rsidRPr="00E36ED3" w:rsidRDefault="00E36ED3" w:rsidP="00915FA3">
            <w:pPr>
              <w:rPr>
                <w:rFonts w:ascii="Avenir Next LT Pro" w:hAnsi="Avenir Next LT Pro" w:cstheme="minorHAnsi"/>
                <w:b/>
                <w:color w:val="000066"/>
                <w:lang w:val="tr-TR"/>
              </w:rPr>
            </w:pPr>
          </w:p>
        </w:tc>
        <w:tc>
          <w:tcPr>
            <w:tcW w:w="4123" w:type="dxa"/>
            <w:tcBorders>
              <w:top w:val="single" w:sz="4" w:space="0" w:color="auto"/>
              <w:bottom w:val="nil"/>
            </w:tcBorders>
          </w:tcPr>
          <w:p w14:paraId="77A8D82A" w14:textId="3076299C" w:rsidR="00E36ED3" w:rsidRPr="008445E7" w:rsidRDefault="00E36ED3" w:rsidP="00915FA3">
            <w:pPr>
              <w:rPr>
                <w:rFonts w:ascii="Avenir Next LT Pro" w:hAnsi="Avenir Next LT Pro" w:cstheme="minorHAnsi"/>
                <w:bCs/>
                <w:color w:val="000066"/>
                <w:lang w:val="tr-TR"/>
              </w:rPr>
            </w:pPr>
            <w:r w:rsidRPr="00E36ED3">
              <w:rPr>
                <w:rFonts w:ascii="Avenir Next LT Pro" w:hAnsi="Avenir Next LT Pro" w:cstheme="minorHAnsi"/>
                <w:b/>
                <w:color w:val="000066"/>
                <w:lang w:val="tr-TR"/>
              </w:rPr>
              <w:t>7.</w:t>
            </w:r>
            <w:r w:rsidRPr="008445E7">
              <w:rPr>
                <w:rFonts w:ascii="Avenir Next LT Pro" w:hAnsi="Avenir Next LT Pro" w:cstheme="minorHAnsi"/>
                <w:b/>
                <w:color w:val="000066"/>
                <w:lang w:val="tr-TR"/>
              </w:rPr>
              <w:t xml:space="preserve"> Findings  </w:t>
            </w:r>
            <w:r w:rsidRPr="008445E7">
              <w:rPr>
                <w:rFonts w:ascii="Avenir Next LT Pro" w:hAnsi="Avenir Next LT Pro" w:cstheme="minorHAnsi"/>
                <w:bCs/>
                <w:color w:val="000066"/>
                <w:lang w:val="tr-TR"/>
              </w:rPr>
              <w:br/>
            </w:r>
            <w:r w:rsidRPr="00E36ED3">
              <w:rPr>
                <w:rFonts w:ascii="Avenir Next LT Pro" w:hAnsi="Avenir Next LT Pro" w:cstheme="minorHAnsi"/>
                <w:bCs/>
                <w:color w:val="000066"/>
                <w:lang w:val="tr-TR"/>
              </w:rPr>
              <w:t>Briefly and clearly present the main findings of your study.</w:t>
            </w:r>
          </w:p>
        </w:tc>
      </w:tr>
      <w:tr w:rsidR="0052099E" w:rsidRPr="008445E7" w14:paraId="65B699D1" w14:textId="77777777" w:rsidTr="0052099E">
        <w:tc>
          <w:tcPr>
            <w:tcW w:w="4248" w:type="dxa"/>
            <w:tcBorders>
              <w:top w:val="nil"/>
              <w:bottom w:val="nil"/>
              <w:right w:val="single" w:sz="4" w:space="0" w:color="auto"/>
            </w:tcBorders>
          </w:tcPr>
          <w:p w14:paraId="10945FE5" w14:textId="00081E4C" w:rsidR="00E36ED3" w:rsidRPr="00E36ED3" w:rsidRDefault="00E36ED3" w:rsidP="00915FA3">
            <w:pPr>
              <w:rPr>
                <w:rFonts w:ascii="Avenir Next LT Pro" w:hAnsi="Avenir Next LT Pro" w:cstheme="minorHAnsi"/>
                <w:b/>
                <w:color w:val="000066"/>
                <w:lang w:val="tr-TR"/>
              </w:rPr>
            </w:pPr>
            <w:r w:rsidRPr="00E36ED3">
              <w:rPr>
                <w:rFonts w:ascii="Avenir Next LT Pro" w:hAnsi="Avenir Next LT Pro" w:cstheme="minorHAnsi"/>
                <w:b/>
                <w:color w:val="000066"/>
                <w:lang w:val="tr-TR"/>
              </w:rPr>
              <w:t xml:space="preserve">4. Keywords </w:t>
            </w:r>
            <w:r w:rsidRPr="00E36ED3">
              <w:rPr>
                <w:rFonts w:ascii="Avenir Next LT Pro" w:hAnsi="Avenir Next LT Pro" w:cstheme="minorHAnsi"/>
                <w:b/>
                <w:color w:val="000066"/>
                <w:lang w:val="tr-TR"/>
              </w:rPr>
              <w:br/>
              <w:t>Include 3–5 keywords that best describe your study.</w:t>
            </w:r>
          </w:p>
        </w:tc>
        <w:tc>
          <w:tcPr>
            <w:tcW w:w="259" w:type="dxa"/>
            <w:tcBorders>
              <w:top w:val="nil"/>
              <w:left w:val="single" w:sz="4" w:space="0" w:color="auto"/>
              <w:bottom w:val="nil"/>
            </w:tcBorders>
          </w:tcPr>
          <w:p w14:paraId="2A73E5CB" w14:textId="77777777" w:rsidR="00E36ED3" w:rsidRPr="00E36ED3" w:rsidRDefault="00E36ED3" w:rsidP="00915FA3">
            <w:pPr>
              <w:rPr>
                <w:rFonts w:ascii="Avenir Next LT Pro" w:hAnsi="Avenir Next LT Pro" w:cstheme="minorHAnsi"/>
                <w:b/>
                <w:color w:val="000066"/>
                <w:lang w:val="tr-TR"/>
              </w:rPr>
            </w:pPr>
          </w:p>
        </w:tc>
        <w:tc>
          <w:tcPr>
            <w:tcW w:w="4123" w:type="dxa"/>
            <w:tcBorders>
              <w:top w:val="nil"/>
              <w:bottom w:val="nil"/>
            </w:tcBorders>
          </w:tcPr>
          <w:p w14:paraId="272F8964" w14:textId="3858319B" w:rsidR="00E36ED3" w:rsidRPr="00E36ED3" w:rsidRDefault="00E36ED3" w:rsidP="00915FA3">
            <w:pPr>
              <w:rPr>
                <w:rFonts w:ascii="Avenir Next LT Pro" w:hAnsi="Avenir Next LT Pro" w:cstheme="minorHAnsi"/>
                <w:b/>
                <w:color w:val="000066"/>
                <w:lang w:val="tr-TR"/>
              </w:rPr>
            </w:pPr>
            <w:r w:rsidRPr="00E36ED3">
              <w:rPr>
                <w:rFonts w:ascii="Avenir Next LT Pro" w:hAnsi="Avenir Next LT Pro" w:cstheme="minorHAnsi"/>
                <w:b/>
                <w:color w:val="000066"/>
                <w:lang w:val="tr-TR"/>
              </w:rPr>
              <w:t>8. Discussion</w:t>
            </w:r>
            <w:r w:rsidRPr="00E36ED3">
              <w:rPr>
                <w:rFonts w:ascii="Avenir Next LT Pro" w:hAnsi="Avenir Next LT Pro" w:cstheme="minorHAnsi"/>
                <w:b/>
                <w:color w:val="000066"/>
                <w:lang w:val="tr-TR"/>
              </w:rPr>
              <w:br/>
            </w:r>
            <w:r w:rsidRPr="00860E67">
              <w:rPr>
                <w:rFonts w:ascii="Avenir Next LT Pro" w:hAnsi="Avenir Next LT Pro" w:cstheme="minorHAnsi"/>
                <w:bCs/>
                <w:color w:val="000066"/>
                <w:lang w:val="tr-TR"/>
              </w:rPr>
              <w:t>Explain the meaning and contribution of the findings and provide your overall conclusions.</w:t>
            </w:r>
          </w:p>
        </w:tc>
      </w:tr>
      <w:tr w:rsidR="0052099E" w:rsidRPr="008445E7" w14:paraId="290B37CB" w14:textId="77777777" w:rsidTr="0052099E">
        <w:tc>
          <w:tcPr>
            <w:tcW w:w="424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2937D49F" w14:textId="3F460E7E" w:rsidR="00E36ED3" w:rsidRPr="008445E7" w:rsidRDefault="00E36ED3" w:rsidP="00915FA3">
            <w:pPr>
              <w:rPr>
                <w:rFonts w:ascii="Avenir Next LT Pro" w:hAnsi="Avenir Next LT Pro" w:cstheme="minorHAnsi"/>
                <w:bCs/>
                <w:color w:val="000066"/>
                <w:lang w:val="tr-TR"/>
              </w:rPr>
            </w:pPr>
            <w:r w:rsidRPr="008445E7">
              <w:rPr>
                <w:rFonts w:ascii="Avenir Next LT Pro" w:hAnsi="Avenir Next LT Pro" w:cstheme="minorHAnsi"/>
                <w:bCs/>
                <w:color w:val="000066"/>
                <w:lang w:val="tr-TR"/>
              </w:rPr>
              <w:t>5</w:t>
            </w:r>
            <w:r w:rsidRPr="008445E7">
              <w:rPr>
                <w:rFonts w:ascii="Avenir Next LT Pro" w:hAnsi="Avenir Next LT Pro" w:cstheme="minorHAnsi"/>
                <w:b/>
                <w:color w:val="000066"/>
                <w:lang w:val="tr-TR"/>
              </w:rPr>
              <w:t xml:space="preserve">. </w:t>
            </w:r>
            <w:r w:rsidRPr="00E36ED3">
              <w:rPr>
                <w:rFonts w:ascii="Avenir Next LT Pro" w:hAnsi="Avenir Next LT Pro" w:cstheme="minorHAnsi"/>
                <w:b/>
                <w:color w:val="000066"/>
                <w:lang w:val="tr-TR"/>
              </w:rPr>
              <w:t>Aim / Research Questions / Hypotheses</w:t>
            </w:r>
            <w:r w:rsidRPr="008445E7">
              <w:rPr>
                <w:rFonts w:ascii="Avenir Next LT Pro" w:hAnsi="Avenir Next LT Pro" w:cstheme="minorHAnsi"/>
                <w:bCs/>
                <w:color w:val="000066"/>
                <w:lang w:val="tr-TR"/>
              </w:rPr>
              <w:br/>
            </w:r>
            <w:r w:rsidRPr="00E36ED3">
              <w:rPr>
                <w:rFonts w:ascii="Avenir Next LT Pro" w:hAnsi="Avenir Next LT Pro" w:cstheme="minorHAnsi"/>
                <w:bCs/>
                <w:color w:val="000066"/>
                <w:lang w:val="tr-TR"/>
              </w:rPr>
              <w:t>State the overall aim of your study and specify the research questions or hypotheses that guide it.</w:t>
            </w:r>
          </w:p>
        </w:tc>
        <w:tc>
          <w:tcPr>
            <w:tcW w:w="25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267106EF" w14:textId="77777777" w:rsidR="00E36ED3" w:rsidRDefault="00E36ED3" w:rsidP="00915FA3">
            <w:pPr>
              <w:rPr>
                <w:rFonts w:ascii="Avenir Next LT Pro" w:hAnsi="Avenir Next LT Pro" w:cstheme="minorHAnsi"/>
                <w:b/>
                <w:color w:val="000066"/>
                <w:lang w:val="tr-TR"/>
              </w:rPr>
            </w:pPr>
          </w:p>
        </w:tc>
        <w:tc>
          <w:tcPr>
            <w:tcW w:w="4123" w:type="dxa"/>
            <w:tcBorders>
              <w:top w:val="nil"/>
              <w:bottom w:val="single" w:sz="4" w:space="0" w:color="auto"/>
            </w:tcBorders>
          </w:tcPr>
          <w:p w14:paraId="5DE4AE9A" w14:textId="3B437875" w:rsidR="00E36ED3" w:rsidRPr="008445E7" w:rsidRDefault="00E36ED3" w:rsidP="00915FA3">
            <w:pPr>
              <w:rPr>
                <w:rFonts w:ascii="Avenir Next LT Pro" w:hAnsi="Avenir Next LT Pro" w:cstheme="minorHAnsi"/>
                <w:bCs/>
                <w:color w:val="000066"/>
                <w:lang w:val="tr-TR"/>
              </w:rPr>
            </w:pPr>
            <w:r>
              <w:rPr>
                <w:rFonts w:ascii="Avenir Next LT Pro" w:hAnsi="Avenir Next LT Pro" w:cstheme="minorHAnsi"/>
                <w:b/>
                <w:color w:val="000066"/>
                <w:lang w:val="tr-TR"/>
              </w:rPr>
              <w:t>9</w:t>
            </w:r>
            <w:r w:rsidRPr="008445E7">
              <w:rPr>
                <w:rFonts w:ascii="Avenir Next LT Pro" w:hAnsi="Avenir Next LT Pro" w:cstheme="minorHAnsi"/>
                <w:b/>
                <w:color w:val="000066"/>
                <w:lang w:val="tr-TR"/>
              </w:rPr>
              <w:t>. Recommendtaions</w:t>
            </w:r>
            <w:r w:rsidRPr="008445E7">
              <w:rPr>
                <w:rFonts w:ascii="Avenir Next LT Pro" w:hAnsi="Avenir Next LT Pro" w:cstheme="minorHAnsi"/>
                <w:b/>
                <w:color w:val="000066"/>
                <w:lang w:val="tr-TR"/>
              </w:rPr>
              <w:br/>
            </w:r>
            <w:r w:rsidRPr="00E36ED3">
              <w:rPr>
                <w:rFonts w:ascii="Avenir Next LT Pro" w:hAnsi="Avenir Next LT Pro" w:cstheme="minorHAnsi"/>
                <w:bCs/>
                <w:color w:val="000066"/>
                <w:lang w:val="tr-TR"/>
              </w:rPr>
              <w:t>Based on your findings, present short and concrete suggestions for practice or policy.</w:t>
            </w:r>
          </w:p>
        </w:tc>
      </w:tr>
      <w:tr w:rsidR="0052099E" w:rsidRPr="008445E7" w14:paraId="329C9CAA" w14:textId="77777777" w:rsidTr="0052099E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8252A" w14:textId="7501A33B" w:rsidR="00E36ED3" w:rsidRPr="008445E7" w:rsidRDefault="00E36ED3" w:rsidP="00915FA3">
            <w:pPr>
              <w:rPr>
                <w:rFonts w:ascii="Avenir Next LT Pro" w:hAnsi="Avenir Next LT Pro" w:cstheme="minorHAnsi"/>
                <w:bCs/>
                <w:color w:val="000066"/>
                <w:lang w:val="tr-TR"/>
              </w:rPr>
            </w:pPr>
            <w:r w:rsidRPr="008445E7">
              <w:rPr>
                <w:rFonts w:ascii="Avenir Next LT Pro" w:hAnsi="Avenir Next LT Pro" w:cstheme="minorHAnsi"/>
                <w:b/>
                <w:color w:val="000066"/>
                <w:lang w:val="tr-TR"/>
              </w:rPr>
              <w:t xml:space="preserve">6. Method </w:t>
            </w:r>
            <w:r w:rsidRPr="008445E7">
              <w:rPr>
                <w:rFonts w:ascii="Avenir Next LT Pro" w:hAnsi="Avenir Next LT Pro" w:cstheme="minorHAnsi"/>
                <w:b/>
                <w:color w:val="000066"/>
                <w:lang w:val="tr-TR"/>
              </w:rPr>
              <w:br/>
            </w:r>
            <w:r w:rsidRPr="00E36ED3">
              <w:rPr>
                <w:rFonts w:ascii="Avenir Next LT Pro" w:hAnsi="Avenir Next LT Pro" w:cstheme="minorHAnsi"/>
                <w:bCs/>
                <w:color w:val="000066"/>
                <w:lang w:val="tr-TR"/>
              </w:rPr>
              <w:t>ummarize the research design, participants, data collection tools, and analysis process.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399199" w14:textId="77777777" w:rsidR="00E36ED3" w:rsidRDefault="00E36ED3" w:rsidP="00915FA3">
            <w:pPr>
              <w:rPr>
                <w:rFonts w:ascii="Avenir Next LT Pro" w:hAnsi="Avenir Next LT Pro" w:cstheme="minorHAnsi"/>
                <w:b/>
                <w:color w:val="000066"/>
                <w:lang w:val="tr-TR"/>
              </w:rPr>
            </w:pPr>
          </w:p>
        </w:tc>
        <w:tc>
          <w:tcPr>
            <w:tcW w:w="4123" w:type="dxa"/>
            <w:tcBorders>
              <w:top w:val="single" w:sz="4" w:space="0" w:color="auto"/>
              <w:bottom w:val="single" w:sz="4" w:space="0" w:color="auto"/>
            </w:tcBorders>
          </w:tcPr>
          <w:p w14:paraId="6C667B7F" w14:textId="5923BDEA" w:rsidR="00E36ED3" w:rsidRPr="008445E7" w:rsidRDefault="00E36ED3" w:rsidP="00915FA3">
            <w:pPr>
              <w:rPr>
                <w:rFonts w:ascii="Avenir Next LT Pro" w:hAnsi="Avenir Next LT Pro" w:cstheme="minorHAnsi"/>
                <w:bCs/>
                <w:color w:val="000066"/>
                <w:lang w:val="tr-TR"/>
              </w:rPr>
            </w:pPr>
            <w:r>
              <w:rPr>
                <w:rFonts w:ascii="Avenir Next LT Pro" w:hAnsi="Avenir Next LT Pro" w:cstheme="minorHAnsi"/>
                <w:b/>
                <w:color w:val="000066"/>
                <w:lang w:val="tr-TR"/>
              </w:rPr>
              <w:t>10</w:t>
            </w:r>
            <w:r w:rsidRPr="008445E7">
              <w:rPr>
                <w:rFonts w:ascii="Avenir Next LT Pro" w:hAnsi="Avenir Next LT Pro" w:cstheme="minorHAnsi"/>
                <w:b/>
                <w:color w:val="000066"/>
                <w:lang w:val="tr-TR"/>
              </w:rPr>
              <w:t xml:space="preserve">. Limitations </w:t>
            </w:r>
            <w:r w:rsidRPr="008445E7">
              <w:rPr>
                <w:rFonts w:ascii="Avenir Next LT Pro" w:hAnsi="Avenir Next LT Pro" w:cstheme="minorHAnsi"/>
                <w:b/>
                <w:color w:val="000066"/>
                <w:lang w:val="tr-TR"/>
              </w:rPr>
              <w:br/>
            </w:r>
            <w:r w:rsidRPr="00E36ED3">
              <w:rPr>
                <w:rFonts w:ascii="Avenir Next LT Pro" w:hAnsi="Avenir Next LT Pro" w:cstheme="minorHAnsi"/>
                <w:bCs/>
                <w:color w:val="000066"/>
                <w:lang w:val="tr-TR"/>
              </w:rPr>
              <w:t>Briefly explain the scope or limitations of your stu</w:t>
            </w:r>
          </w:p>
        </w:tc>
      </w:tr>
      <w:tr w:rsidR="00E36ED3" w:rsidRPr="008445E7" w14:paraId="693C59FA" w14:textId="77777777" w:rsidTr="0052099E">
        <w:tc>
          <w:tcPr>
            <w:tcW w:w="863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D330465" w14:textId="62B3ED22" w:rsidR="00E36ED3" w:rsidRPr="008445E7" w:rsidRDefault="00E36ED3" w:rsidP="00915FA3">
            <w:pPr>
              <w:jc w:val="center"/>
              <w:rPr>
                <w:rFonts w:ascii="Avenir Next LT Pro" w:hAnsi="Avenir Next LT Pro" w:cstheme="minorHAnsi"/>
                <w:bCs/>
                <w:color w:val="000066"/>
                <w:lang w:val="tr-TR"/>
              </w:rPr>
            </w:pPr>
            <w:r w:rsidRPr="008445E7">
              <w:rPr>
                <w:rFonts w:ascii="Avenir Next LT Pro" w:hAnsi="Avenir Next LT Pro" w:cstheme="minorHAnsi"/>
                <w:b/>
                <w:color w:val="000066"/>
                <w:lang w:val="tr-TR"/>
              </w:rPr>
              <w:t>1</w:t>
            </w:r>
            <w:r w:rsidR="00860E67">
              <w:rPr>
                <w:rFonts w:ascii="Avenir Next LT Pro" w:hAnsi="Avenir Next LT Pro" w:cstheme="minorHAnsi"/>
                <w:b/>
                <w:color w:val="000066"/>
                <w:lang w:val="tr-TR"/>
              </w:rPr>
              <w:t>1</w:t>
            </w:r>
            <w:r w:rsidRPr="008445E7">
              <w:rPr>
                <w:rFonts w:ascii="Avenir Next LT Pro" w:hAnsi="Avenir Next LT Pro" w:cstheme="minorHAnsi"/>
                <w:b/>
                <w:color w:val="000066"/>
                <w:lang w:val="tr-TR"/>
              </w:rPr>
              <w:t xml:space="preserve">. References </w:t>
            </w:r>
            <w:r w:rsidRPr="008445E7">
              <w:rPr>
                <w:rFonts w:ascii="Avenir Next LT Pro" w:hAnsi="Avenir Next LT Pro" w:cstheme="minorHAnsi"/>
                <w:bCs/>
                <w:color w:val="000066"/>
                <w:lang w:val="tr-TR"/>
              </w:rPr>
              <w:br/>
            </w:r>
            <w:r w:rsidRPr="00E36ED3">
              <w:rPr>
                <w:rFonts w:ascii="Avenir Next LT Pro" w:hAnsi="Avenir Next LT Pro" w:cstheme="minorHAnsi"/>
                <w:bCs/>
                <w:color w:val="000066"/>
                <w:lang w:val="tr-TR"/>
              </w:rPr>
              <w:t>List the sources used in APA 7 format.</w:t>
            </w:r>
          </w:p>
        </w:tc>
      </w:tr>
      <w:tr w:rsidR="00E36ED3" w:rsidRPr="008445E7" w14:paraId="0A0ACE92" w14:textId="77777777" w:rsidTr="0052099E">
        <w:tc>
          <w:tcPr>
            <w:tcW w:w="8630" w:type="dxa"/>
            <w:gridSpan w:val="3"/>
            <w:tcBorders>
              <w:top w:val="single" w:sz="4" w:space="0" w:color="auto"/>
            </w:tcBorders>
          </w:tcPr>
          <w:p w14:paraId="4B54AA01" w14:textId="760F8294" w:rsidR="00E36ED3" w:rsidRPr="008445E7" w:rsidRDefault="0052099E" w:rsidP="00915FA3">
            <w:pPr>
              <w:rPr>
                <w:rFonts w:ascii="Avenir Next LT Pro" w:hAnsi="Avenir Next LT Pro" w:cstheme="minorHAnsi"/>
                <w:bCs/>
                <w:color w:val="000066"/>
                <w:lang w:val="tr-TR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4C115203" wp14:editId="4F842CCF">
                  <wp:extent cx="5486400" cy="109093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09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EB9052" w14:textId="2EA05AB7" w:rsidR="00464CAB" w:rsidRDefault="00E36ED3" w:rsidP="00E36ED3">
      <w:pPr>
        <w:rPr>
          <w:rFonts w:ascii="Avenir Next LT Pro" w:hAnsi="Avenir Next LT Pro" w:cstheme="minorHAnsi"/>
          <w:bCs/>
          <w:color w:val="000066"/>
          <w:lang w:val="tr-TR"/>
        </w:rPr>
      </w:pPr>
      <w:r w:rsidRPr="00E36ED3">
        <w:rPr>
          <w:rFonts w:ascii="Avenir Next LT Pro" w:hAnsi="Avenir Next LT Pro" w:cstheme="minorHAnsi"/>
          <w:b/>
          <w:color w:val="000066"/>
          <w:lang w:val="tr-TR"/>
        </w:rPr>
        <w:t>Note: Recommended Poster Sizes:</w:t>
      </w:r>
      <w:r w:rsidRPr="00E36ED3">
        <w:rPr>
          <w:rFonts w:ascii="Avenir Next LT Pro" w:hAnsi="Avenir Next LT Pro" w:cstheme="minorHAnsi"/>
          <w:bCs/>
          <w:color w:val="000066"/>
          <w:lang w:val="tr-TR"/>
        </w:rPr>
        <w:t xml:space="preserve"> A0 (84.1 × 118.9 cm), A1 (59.4 × 84.1 cm), or A2 (42.0 × 59.4 cm).</w:t>
      </w:r>
    </w:p>
    <w:p w14:paraId="58C4E9EF" w14:textId="154F4C4B" w:rsidR="00E36ED3" w:rsidRDefault="00E36ED3" w:rsidP="00E36ED3">
      <w:pPr>
        <w:rPr>
          <w:rFonts w:ascii="Avenir Next LT Pro" w:hAnsi="Avenir Next LT Pro" w:cstheme="minorHAnsi"/>
          <w:bCs/>
          <w:color w:val="000066"/>
          <w:lang w:val="tr-TR"/>
        </w:rPr>
      </w:pPr>
    </w:p>
    <w:p w14:paraId="43AA80CC" w14:textId="5BAEBD21" w:rsidR="00E36ED3" w:rsidRPr="00E36ED3" w:rsidRDefault="00E36ED3" w:rsidP="00E36ED3">
      <w:pPr>
        <w:rPr>
          <w:rFonts w:ascii="Avenir Next LT Pro" w:hAnsi="Avenir Next LT Pro" w:cstheme="minorHAnsi"/>
          <w:bCs/>
          <w:color w:val="000066"/>
          <w:lang w:val="tr-TR"/>
        </w:rPr>
      </w:pPr>
      <w:bookmarkStart w:id="0" w:name="_GoBack"/>
      <w:bookmarkEnd w:id="0"/>
    </w:p>
    <w:sectPr w:rsidR="00E36ED3" w:rsidRPr="00E36ED3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venir Next LT Pro">
    <w:altName w:val="Arial"/>
    <w:charset w:val="00"/>
    <w:family w:val="swiss"/>
    <w:pitch w:val="variable"/>
    <w:sig w:usb0="00000001" w:usb1="5000204A" w:usb2="00000000" w:usb3="00000000" w:csb0="0000009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3E729A"/>
    <w:rsid w:val="00464CAB"/>
    <w:rsid w:val="00507DFA"/>
    <w:rsid w:val="0052099E"/>
    <w:rsid w:val="0065025B"/>
    <w:rsid w:val="006B123B"/>
    <w:rsid w:val="00732AEE"/>
    <w:rsid w:val="008445E7"/>
    <w:rsid w:val="00860E67"/>
    <w:rsid w:val="00AA1D8D"/>
    <w:rsid w:val="00B47730"/>
    <w:rsid w:val="00CB0664"/>
    <w:rsid w:val="00E36ED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299D4D"/>
  <w14:defaultImageDpi w14:val="300"/>
  <w15:docId w15:val="{92E7613D-191F-4F22-A9D9-3B895EEAF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</w:style>
  <w:style w:type="paragraph" w:styleId="Balk1">
    <w:name w:val="heading 1"/>
    <w:basedOn w:val="Normal"/>
    <w:next w:val="Normal"/>
    <w:link w:val="Balk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618BF"/>
  </w:style>
  <w:style w:type="paragraph" w:styleId="Altbilgi">
    <w:name w:val="footer"/>
    <w:basedOn w:val="Normal"/>
    <w:link w:val="Altbilgi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618BF"/>
  </w:style>
  <w:style w:type="paragraph" w:styleId="AralkYok">
    <w:name w:val="No Spacing"/>
    <w:uiPriority w:val="1"/>
    <w:qFormat/>
    <w:rsid w:val="00FC693F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nuBal">
    <w:name w:val="Title"/>
    <w:basedOn w:val="Normal"/>
    <w:next w:val="Normal"/>
    <w:link w:val="KonuBal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Paragraf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GvdeMetni">
    <w:name w:val="Body Text"/>
    <w:basedOn w:val="Normal"/>
    <w:link w:val="GvdeMetniChar"/>
    <w:uiPriority w:val="99"/>
    <w:unhideWhenUsed/>
    <w:rsid w:val="00AA1D8D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AA1D8D"/>
  </w:style>
  <w:style w:type="paragraph" w:styleId="GvdeMetni2">
    <w:name w:val="Body Text 2"/>
    <w:basedOn w:val="Normal"/>
    <w:link w:val="GvdeMetni2Char"/>
    <w:uiPriority w:val="99"/>
    <w:unhideWhenUsed/>
    <w:rsid w:val="00AA1D8D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rsid w:val="00AA1D8D"/>
  </w:style>
  <w:style w:type="paragraph" w:styleId="GvdeMetni3">
    <w:name w:val="Body Text 3"/>
    <w:basedOn w:val="Normal"/>
    <w:link w:val="GvdeMetni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Maddemi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ara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ara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ara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Devam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kroMetni">
    <w:name w:val="macro"/>
    <w:link w:val="MakroMetni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rsid w:val="0029639D"/>
    <w:rPr>
      <w:rFonts w:ascii="Courier" w:hAnsi="Courier"/>
      <w:sz w:val="20"/>
      <w:szCs w:val="20"/>
    </w:rPr>
  </w:style>
  <w:style w:type="paragraph" w:styleId="Alnt">
    <w:name w:val="Quote"/>
    <w:basedOn w:val="Normal"/>
    <w:next w:val="Normal"/>
    <w:link w:val="AlntChar"/>
    <w:uiPriority w:val="29"/>
    <w:qFormat/>
    <w:rsid w:val="00FC693F"/>
    <w:rPr>
      <w:i/>
      <w:iCs/>
      <w:color w:val="000000" w:themeColor="text1"/>
    </w:rPr>
  </w:style>
  <w:style w:type="character" w:customStyle="1" w:styleId="AlntChar">
    <w:name w:val="Alıntı Char"/>
    <w:basedOn w:val="VarsaylanParagrafYazTipi"/>
    <w:link w:val="Alnt"/>
    <w:uiPriority w:val="29"/>
    <w:rsid w:val="00FC693F"/>
    <w:rPr>
      <w:i/>
      <w:iCs/>
      <w:color w:val="000000" w:themeColor="text1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Gl">
    <w:name w:val="Strong"/>
    <w:basedOn w:val="VarsaylanParagrafYazTipi"/>
    <w:uiPriority w:val="22"/>
    <w:qFormat/>
    <w:rsid w:val="00FC693F"/>
    <w:rPr>
      <w:b/>
      <w:bCs/>
    </w:rPr>
  </w:style>
  <w:style w:type="character" w:styleId="Vurgu">
    <w:name w:val="Emphasis"/>
    <w:basedOn w:val="VarsaylanParagrafYazTipi"/>
    <w:uiPriority w:val="20"/>
    <w:qFormat/>
    <w:rsid w:val="00FC693F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FC693F"/>
    <w:rPr>
      <w:b/>
      <w:bCs/>
      <w:i/>
      <w:iCs/>
      <w:color w:val="4F81BD" w:themeColor="accent1"/>
    </w:rPr>
  </w:style>
  <w:style w:type="character" w:styleId="HafifVurgulama">
    <w:name w:val="Subtle Emphasis"/>
    <w:basedOn w:val="VarsaylanParagrafYazTipi"/>
    <w:uiPriority w:val="19"/>
    <w:qFormat/>
    <w:rsid w:val="00FC693F"/>
    <w:rPr>
      <w:i/>
      <w:iCs/>
      <w:color w:val="808080" w:themeColor="text1" w:themeTint="7F"/>
    </w:rPr>
  </w:style>
  <w:style w:type="character" w:styleId="GlVurgulama">
    <w:name w:val="Intense Emphasis"/>
    <w:basedOn w:val="VarsaylanParagrafYazTipi"/>
    <w:uiPriority w:val="21"/>
    <w:qFormat/>
    <w:rsid w:val="00FC693F"/>
    <w:rPr>
      <w:b/>
      <w:bCs/>
      <w:i/>
      <w:iCs/>
      <w:color w:val="4F81BD" w:themeColor="accent1"/>
    </w:rPr>
  </w:style>
  <w:style w:type="character" w:styleId="HafifBavuru">
    <w:name w:val="Subtle Reference"/>
    <w:basedOn w:val="VarsaylanParagrafYazTipi"/>
    <w:uiPriority w:val="31"/>
    <w:qFormat/>
    <w:rsid w:val="00FC693F"/>
    <w:rPr>
      <w:smallCaps/>
      <w:color w:val="C0504D" w:themeColor="accent2"/>
      <w:u w:val="single"/>
    </w:rPr>
  </w:style>
  <w:style w:type="character" w:styleId="GlBavuru">
    <w:name w:val="Intense Reference"/>
    <w:basedOn w:val="VarsaylanParagrafYazTipi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itapBal">
    <w:name w:val="Book Title"/>
    <w:basedOn w:val="VarsaylanParagrafYazTipi"/>
    <w:uiPriority w:val="33"/>
    <w:qFormat/>
    <w:rsid w:val="00FC693F"/>
    <w:rPr>
      <w:b/>
      <w:bCs/>
      <w:smallCaps/>
      <w:spacing w:val="5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FC693F"/>
    <w:pPr>
      <w:outlineLvl w:val="9"/>
    </w:pPr>
  </w:style>
  <w:style w:type="table" w:styleId="TabloKlavuzu">
    <w:name w:val="Table Grid"/>
    <w:basedOn w:val="NormalTablo"/>
    <w:uiPriority w:val="3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kGlgeleme">
    <w:name w:val="Light Shading"/>
    <w:basedOn w:val="NormalTablo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kGlgeleme-Vurgu2">
    <w:name w:val="Light Shading Accent 2"/>
    <w:basedOn w:val="NormalTablo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kGlgeleme-Vurgu3">
    <w:name w:val="Light Shading Accent 3"/>
    <w:basedOn w:val="NormalTablo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Glgeleme-Vurgu4">
    <w:name w:val="Light Shading Accent 4"/>
    <w:basedOn w:val="NormalTablo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AkGlgeleme-Vurgu5">
    <w:name w:val="Light Shading Accent 5"/>
    <w:basedOn w:val="NormalTablo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kGlgeleme-Vurgu6">
    <w:name w:val="Light Shading Accent 6"/>
    <w:basedOn w:val="NormalTablo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kListe">
    <w:name w:val="Light List"/>
    <w:basedOn w:val="NormalTablo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kListe-Vurgu2">
    <w:name w:val="Light List Accent 2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AkListe-Vurgu3">
    <w:name w:val="Light List Accent 3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AkListe-Vurgu4">
    <w:name w:val="Light List Accent 4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AkListe-Vurgu5">
    <w:name w:val="Light List Accent 5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kListe-Vurgu6">
    <w:name w:val="Light List Accent 6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kKlavuz">
    <w:name w:val="Light Grid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kKlavuz-Vurgu2">
    <w:name w:val="Light Grid Accent 2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AkKlavuz-Vurgu3">
    <w:name w:val="Light Grid Accent 3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AkKlavuz-Vurgu4">
    <w:name w:val="Light Grid Accent 4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AkKlavuz-Vurgu5">
    <w:name w:val="Light Grid Accent 5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Klavuz-Vurgu6">
    <w:name w:val="Light Grid Accent 6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rtaGlgeleme1">
    <w:name w:val="Medium Shading 1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Liste1">
    <w:name w:val="Medium List 1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OrtaListe1-Vurgu2">
    <w:name w:val="Medium List 1 Accent 2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OrtaListe1-Vurgu3">
    <w:name w:val="Medium List 1 Accent 3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OrtaListe1-Vurgu4">
    <w:name w:val="Medium List 1 Accent 4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OrtaListe1-Vurgu5">
    <w:name w:val="Medium List 1 Accent 5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OrtaListe1-Vurgu6">
    <w:name w:val="Medium List 1 Accent 6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OrtaListe2">
    <w:name w:val="Medium List 2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Klavuz1">
    <w:name w:val="Medium Grid 1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OrtaKlavuz1-Vurgu2">
    <w:name w:val="Medium Grid 1 Accent 2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OrtaKlavuz1-Vurgu3">
    <w:name w:val="Medium Grid 1 Accent 3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rtaKlavuz1-Vurgu4">
    <w:name w:val="Medium Grid 1 Accent 4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OrtaKlavuz1-Vurgu5">
    <w:name w:val="Medium Grid 1 Accent 5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OrtaKlavuz1-Vurgu6">
    <w:name w:val="Medium Grid 1 Accent 6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OrtaKlavuz2">
    <w:name w:val="Medium Grid 2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OrtaKlavuz3-Vurgu2">
    <w:name w:val="Medium Grid 3 Accent 2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OrtaKlavuz3-Vurgu3">
    <w:name w:val="Medium Grid 3 Accent 3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OrtaKlavuz3-Vurgu4">
    <w:name w:val="Medium Grid 3 Accent 4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OrtaKlavuz3-Vurgu5">
    <w:name w:val="Medium Grid 3 Accent 5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OrtaKlavuz3-Vurgu6">
    <w:name w:val="Medium Grid 3 Accent 6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KoyuListe">
    <w:name w:val="Dark List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KoyuListe-Vurgu2">
    <w:name w:val="Dark List Accent 2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KoyuListe-Vurgu3">
    <w:name w:val="Dark List Accent 3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KoyuListe-Vurgu4">
    <w:name w:val="Dark List Accent 4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KoyuListe-Vurgu5">
    <w:name w:val="Dark List Accent 5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KoyuListe-Vurgu6">
    <w:name w:val="Dark List Accent 6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RenkliGlgeleme">
    <w:name w:val="Colorful Shading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Liste">
    <w:name w:val="Colorful List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RenkliListe-Vurgu2">
    <w:name w:val="Colorful List Accent 2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RenkliListe-Vurgu3">
    <w:name w:val="Colorful List Accent 3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RenkliListe-Vurgu4">
    <w:name w:val="Colorful List Accent 4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RenkliListe-Vurgu5">
    <w:name w:val="Colorful List Accent 5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RenkliListe-Vurgu6">
    <w:name w:val="Colorful List Accent 6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RenkliKlavuz">
    <w:name w:val="Colorful Grid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nkliKlavuz-Vurgu2">
    <w:name w:val="Colorful Grid Accent 2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nkliKlavuz-Vurgu3">
    <w:name w:val="Colorful Grid Accent 3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nkliKlavuz-Vurgu4">
    <w:name w:val="Colorful Grid Accent 4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nkliKlavuz-Vurgu5">
    <w:name w:val="Colorful Grid Accent 5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nkliKlavuz-Vurgu6">
    <w:name w:val="Colorful Grid Accent 6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92AC18-7E7F-4521-A1E0-BFFD52CC7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Lenovo</cp:lastModifiedBy>
  <cp:revision>3</cp:revision>
  <dcterms:created xsi:type="dcterms:W3CDTF">2025-11-06T19:11:00Z</dcterms:created>
  <dcterms:modified xsi:type="dcterms:W3CDTF">2025-11-06T19:28:00Z</dcterms:modified>
  <cp:category/>
</cp:coreProperties>
</file>